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מיון לפי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🗂️ מיון לפי גזרה (שיטת הבלש).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קָנְתָה, הִשְׁקָה, שָׁתָה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הוֹסִיף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הֵרִים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אות נחה נכתבת ולא נשמעת, או נעלמת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שיטת הבלש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מיון לפי גזרה.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לפי גזרה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מבנק המילים בעמודה של הגזרה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הִשְׁקָה  |  הוֹסִיף  |  קָנְתָה  |  שָׁתָה  |  נָפַל  |  הֵרִים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הצעד הראשון בשיטת הבלש הוא להעביר את הפועל ל„הוא אתמול”.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אות נחה היא אות שנכתבת ותמיד נשמעת.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לאיזו גזרה שייך „כִּבָּה”?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לאיזו גזרה שייך „יִקְנוּ”?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פ״נ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„צִפּוּ”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מיון לפי גזרה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