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רָץ, הֵכִין, לָשִׁיר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נָפַל, נָסַעְנוּ, הִפִּילָה, הִצִּיל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שיטת הבלש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מיון לפי גזרה.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לפי גזרה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שימו כל מילה בעמודה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רָץ  |  הִצִּיל  |  הִפִּילָה  |  לָשִׁיר  |  נָפַל  |  הֵכִין  |  נָסַעְנוּ  |  לִבְנוֹת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„הִשְׁקָה”?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„הוֹבִיל”?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„הוֹדִיעוּ”?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„הִפִּילָה”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מיון לפי גזרה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