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נִסְּתָה, לִבְנוֹת, יִקְנוּ, הִשְׁתַּנָּה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הוּבַל,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נִזּוֹן, זָז, שַׂמְתִּי, הֵעִיר, הֵקִימוּ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שיטת הבלש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מיון לפי גזרה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לפי גזרה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נָפַל  |  נוֹלַד  |  זָז  |  לִבְנוֹת  |  הִשְׁתַּנָּה  |  יִקְנוּ  |  נִסְּתָה  |  שַׂמְתִּי  |  הוּבַל  |  הֵעִיר  |  נִזּוֹן  |  הֵקִימוּ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בפועל הִפִּיל השורש הוא נ־פ־ל.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„קָם”?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„רָץ”?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„נִבְנָה”?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„לְהוֹרִיד”?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„רָץ”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מיון לפי גזרה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